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B706" w14:textId="77777777" w:rsidR="00DD3567" w:rsidRPr="0002516D" w:rsidRDefault="00000000" w:rsidP="0002516D">
      <w:pPr>
        <w:pStyle w:val="Heading1"/>
        <w:jc w:val="center"/>
        <w:rPr>
          <w:sz w:val="36"/>
          <w:szCs w:val="36"/>
        </w:rPr>
      </w:pPr>
      <w:r w:rsidRPr="0002516D">
        <w:rPr>
          <w:sz w:val="36"/>
          <w:szCs w:val="36"/>
        </w:rPr>
        <w:t>Dhaara Journal of Pharmaceutical Sciences (DJPS)</w:t>
      </w:r>
    </w:p>
    <w:p w14:paraId="567F6068" w14:textId="77777777" w:rsidR="00DD3567" w:rsidRDefault="00000000">
      <w:pPr>
        <w:pStyle w:val="Heading2"/>
      </w:pPr>
      <w:r>
        <w:t>ARTICLE WITHDRAWAL REQUEST FORM</w:t>
      </w:r>
    </w:p>
    <w:p w14:paraId="6FA2601A" w14:textId="77777777" w:rsidR="00DD3567" w:rsidRDefault="00000000">
      <w:r>
        <w:t>Important Instructions: This form must be completed and signed by the Corresponding Author and all Co-authors. Withdrawal requests are subject to editorial approval.</w:t>
      </w:r>
    </w:p>
    <w:p w14:paraId="1FA9E6AB" w14:textId="2E58C2E7" w:rsidR="0002516D" w:rsidRPr="000F2506" w:rsidRDefault="00000000" w:rsidP="0002516D">
      <w:pPr>
        <w:pStyle w:val="Heading3"/>
        <w:jc w:val="center"/>
        <w:rPr>
          <w:color w:val="00B0F0"/>
          <w:sz w:val="24"/>
          <w:szCs w:val="24"/>
          <w:lang w:val="en-IN"/>
        </w:rPr>
      </w:pPr>
      <w:r w:rsidRPr="000F2506">
        <w:rPr>
          <w:color w:val="00B0F0"/>
          <w:sz w:val="24"/>
          <w:szCs w:val="24"/>
        </w:rPr>
        <w:t>Section A. Manuscript Information</w:t>
      </w:r>
      <w:r w:rsidR="0002516D" w:rsidRPr="000F2506">
        <w:rPr>
          <w:rFonts w:ascii="Times New Roman" w:eastAsia="Times New Roman" w:hAnsi="Times New Roman" w:cs="Times New Roman"/>
          <w:b w:val="0"/>
          <w:bCs w:val="0"/>
          <w:color w:val="00B0F0"/>
          <w:sz w:val="28"/>
          <w:szCs w:val="28"/>
          <w:lang w:val="en-IN" w:eastAsia="en-IN"/>
        </w:rPr>
        <w:t xml:space="preserve"> </w:t>
      </w:r>
      <w:r w:rsidR="0002516D" w:rsidRPr="000F2506">
        <w:rPr>
          <w:color w:val="00B0F0"/>
          <w:sz w:val="24"/>
          <w:szCs w:val="24"/>
          <w:lang w:val="en-IN"/>
        </w:rPr>
        <w:t>Title of Manuscript:</w:t>
      </w:r>
    </w:p>
    <w:p w14:paraId="5402EE7C" w14:textId="77777777" w:rsidR="0002516D" w:rsidRPr="0002516D" w:rsidRDefault="0002516D" w:rsidP="0002516D">
      <w:pPr>
        <w:pStyle w:val="Heading3"/>
        <w:rPr>
          <w:color w:val="auto"/>
          <w:lang w:val="en-IN"/>
        </w:rPr>
      </w:pPr>
      <w:r w:rsidRPr="0002516D">
        <w:rPr>
          <w:color w:val="auto"/>
          <w:lang w:val="en-IN"/>
        </w:rPr>
        <w:pict w14:anchorId="2F843F95">
          <v:rect id="_x0000_i1037" style="width:0;height:1.5pt" o:hralign="center" o:hrstd="t" o:hr="t" fillcolor="#a0a0a0" stroked="f"/>
        </w:pict>
      </w:r>
    </w:p>
    <w:p w14:paraId="0F83E603" w14:textId="77777777" w:rsidR="0002516D" w:rsidRPr="0002516D" w:rsidRDefault="0002516D" w:rsidP="0002516D">
      <w:pPr>
        <w:pStyle w:val="Heading3"/>
        <w:rPr>
          <w:color w:val="auto"/>
          <w:lang w:val="en-IN"/>
        </w:rPr>
      </w:pPr>
      <w:r w:rsidRPr="0002516D">
        <w:rPr>
          <w:color w:val="auto"/>
          <w:lang w:val="en-IN"/>
        </w:rPr>
        <w:pict w14:anchorId="7F880161">
          <v:rect id="_x0000_i1038" style="width:0;height:1.5pt" o:hralign="center" o:hrstd="t" o:hr="t" fillcolor="#a0a0a0" stroked="f"/>
        </w:pict>
      </w:r>
    </w:p>
    <w:p w14:paraId="521BC832" w14:textId="77777777" w:rsidR="0002516D" w:rsidRPr="0002516D" w:rsidRDefault="0002516D" w:rsidP="0002516D">
      <w:pPr>
        <w:pStyle w:val="Heading3"/>
        <w:rPr>
          <w:color w:val="auto"/>
          <w:lang w:val="en-IN"/>
        </w:rPr>
      </w:pPr>
      <w:r w:rsidRPr="0002516D">
        <w:rPr>
          <w:color w:val="auto"/>
          <w:lang w:val="en-IN"/>
        </w:rPr>
        <w:t>Article Type</w:t>
      </w:r>
    </w:p>
    <w:p w14:paraId="0EDC0E78" w14:textId="77777777" w:rsidR="0002516D" w:rsidRPr="0002516D" w:rsidRDefault="0002516D" w:rsidP="0002516D">
      <w:pPr>
        <w:pStyle w:val="Heading3"/>
        <w:rPr>
          <w:color w:val="auto"/>
          <w:lang w:val="en-IN"/>
        </w:rPr>
      </w:pPr>
      <w:r w:rsidRPr="0002516D">
        <w:rPr>
          <w:rFonts w:ascii="Segoe UI Symbol" w:hAnsi="Segoe UI Symbol" w:cs="Segoe UI Symbol"/>
          <w:color w:val="auto"/>
          <w:lang w:val="en-IN"/>
        </w:rPr>
        <w:t>☐</w:t>
      </w:r>
      <w:r w:rsidRPr="0002516D">
        <w:rPr>
          <w:color w:val="auto"/>
          <w:lang w:val="en-IN"/>
        </w:rPr>
        <w:t xml:space="preserve"> Original Research</w:t>
      </w:r>
    </w:p>
    <w:p w14:paraId="2B23BF14" w14:textId="77777777" w:rsidR="0002516D" w:rsidRPr="0002516D" w:rsidRDefault="0002516D" w:rsidP="0002516D">
      <w:pPr>
        <w:pStyle w:val="Heading3"/>
        <w:rPr>
          <w:color w:val="auto"/>
          <w:lang w:val="en-IN"/>
        </w:rPr>
      </w:pPr>
      <w:r w:rsidRPr="0002516D">
        <w:rPr>
          <w:rFonts w:ascii="Segoe UI Symbol" w:hAnsi="Segoe UI Symbol" w:cs="Segoe UI Symbol"/>
          <w:color w:val="auto"/>
          <w:lang w:val="en-IN"/>
        </w:rPr>
        <w:t>☐</w:t>
      </w:r>
      <w:r w:rsidRPr="0002516D">
        <w:rPr>
          <w:color w:val="auto"/>
          <w:lang w:val="en-IN"/>
        </w:rPr>
        <w:t xml:space="preserve"> Review Article</w:t>
      </w:r>
    </w:p>
    <w:p w14:paraId="15661F8F" w14:textId="77777777" w:rsidR="0002516D" w:rsidRPr="0002516D" w:rsidRDefault="0002516D" w:rsidP="0002516D">
      <w:pPr>
        <w:pStyle w:val="Heading3"/>
        <w:rPr>
          <w:color w:val="auto"/>
          <w:lang w:val="en-IN"/>
        </w:rPr>
      </w:pPr>
      <w:r w:rsidRPr="0002516D">
        <w:rPr>
          <w:rFonts w:ascii="Segoe UI Symbol" w:hAnsi="Segoe UI Symbol" w:cs="Segoe UI Symbol"/>
          <w:color w:val="auto"/>
          <w:lang w:val="en-IN"/>
        </w:rPr>
        <w:t>☐</w:t>
      </w:r>
      <w:r w:rsidRPr="0002516D">
        <w:rPr>
          <w:color w:val="auto"/>
          <w:lang w:val="en-IN"/>
        </w:rPr>
        <w:t xml:space="preserve"> Short Communication</w:t>
      </w:r>
    </w:p>
    <w:p w14:paraId="09D57AC2" w14:textId="77777777" w:rsidR="0002516D" w:rsidRPr="0002516D" w:rsidRDefault="0002516D" w:rsidP="0002516D">
      <w:pPr>
        <w:pStyle w:val="Heading3"/>
        <w:rPr>
          <w:color w:val="auto"/>
          <w:lang w:val="en-IN"/>
        </w:rPr>
      </w:pPr>
      <w:r w:rsidRPr="0002516D">
        <w:rPr>
          <w:rFonts w:ascii="Segoe UI Symbol" w:hAnsi="Segoe UI Symbol" w:cs="Segoe UI Symbol"/>
          <w:color w:val="auto"/>
          <w:lang w:val="en-IN"/>
        </w:rPr>
        <w:t>☐</w:t>
      </w:r>
      <w:r w:rsidRPr="0002516D">
        <w:rPr>
          <w:color w:val="auto"/>
          <w:lang w:val="en-IN"/>
        </w:rPr>
        <w:t xml:space="preserve"> Case Report</w:t>
      </w:r>
    </w:p>
    <w:p w14:paraId="5DD314BB" w14:textId="77777777" w:rsidR="0002516D" w:rsidRPr="0002516D" w:rsidRDefault="0002516D" w:rsidP="0002516D">
      <w:pPr>
        <w:pStyle w:val="Heading3"/>
        <w:rPr>
          <w:color w:val="auto"/>
          <w:lang w:val="en-IN"/>
        </w:rPr>
      </w:pPr>
      <w:r w:rsidRPr="0002516D">
        <w:rPr>
          <w:rFonts w:ascii="Segoe UI Symbol" w:hAnsi="Segoe UI Symbol" w:cs="Segoe UI Symbol"/>
          <w:color w:val="auto"/>
          <w:lang w:val="en-IN"/>
        </w:rPr>
        <w:t>☐</w:t>
      </w:r>
      <w:r w:rsidRPr="0002516D">
        <w:rPr>
          <w:color w:val="auto"/>
          <w:lang w:val="en-IN"/>
        </w:rPr>
        <w:t xml:space="preserve"> Systematic Review</w:t>
      </w:r>
    </w:p>
    <w:p w14:paraId="05CF22E1" w14:textId="77777777" w:rsidR="0002516D" w:rsidRPr="0002516D" w:rsidRDefault="0002516D" w:rsidP="0002516D">
      <w:pPr>
        <w:pStyle w:val="Heading3"/>
        <w:rPr>
          <w:color w:val="auto"/>
          <w:lang w:val="en-IN"/>
        </w:rPr>
      </w:pPr>
      <w:r w:rsidRPr="0002516D">
        <w:rPr>
          <w:rFonts w:ascii="Segoe UI Symbol" w:hAnsi="Segoe UI Symbol" w:cs="Segoe UI Symbol"/>
          <w:color w:val="auto"/>
          <w:lang w:val="en-IN"/>
        </w:rPr>
        <w:t>☐</w:t>
      </w:r>
      <w:r w:rsidRPr="0002516D">
        <w:rPr>
          <w:color w:val="auto"/>
          <w:lang w:val="en-IN"/>
        </w:rPr>
        <w:t xml:space="preserve"> Meta-analysis</w:t>
      </w:r>
    </w:p>
    <w:p w14:paraId="63C9DC1B" w14:textId="77777777" w:rsidR="0002516D" w:rsidRDefault="0002516D" w:rsidP="0002516D">
      <w:pPr>
        <w:pStyle w:val="Heading3"/>
        <w:rPr>
          <w:color w:val="auto"/>
          <w:lang w:val="en-IN"/>
        </w:rPr>
      </w:pPr>
      <w:r w:rsidRPr="0002516D">
        <w:rPr>
          <w:color w:val="auto"/>
          <w:lang w:val="en-IN"/>
        </w:rPr>
        <w:t>Date of Submission: _______________________________</w:t>
      </w:r>
    </w:p>
    <w:p w14:paraId="394E1986" w14:textId="77777777" w:rsidR="0002516D" w:rsidRDefault="0002516D" w:rsidP="0002516D">
      <w:pPr>
        <w:rPr>
          <w:b/>
          <w:bCs/>
          <w:lang w:val="en-IN"/>
        </w:rPr>
      </w:pPr>
    </w:p>
    <w:p w14:paraId="6EA2AB0C" w14:textId="634A6D40" w:rsidR="0002516D" w:rsidRPr="0002516D" w:rsidRDefault="0002516D" w:rsidP="0002516D">
      <w:pPr>
        <w:rPr>
          <w:lang w:val="en-IN"/>
        </w:rPr>
      </w:pPr>
      <w:r w:rsidRPr="0002516D">
        <w:rPr>
          <w:b/>
          <w:bCs/>
          <w:lang w:val="en-IN"/>
        </w:rPr>
        <w:t>Current Manuscript Status</w:t>
      </w:r>
    </w:p>
    <w:p w14:paraId="7188D229" w14:textId="77777777" w:rsidR="0002516D" w:rsidRPr="0002516D" w:rsidRDefault="0002516D" w:rsidP="0002516D">
      <w:pPr>
        <w:rPr>
          <w:lang w:val="en-IN"/>
        </w:rPr>
      </w:pPr>
      <w:r w:rsidRPr="0002516D">
        <w:rPr>
          <w:rFonts w:ascii="Segoe UI Symbol" w:hAnsi="Segoe UI Symbol" w:cs="Segoe UI Symbol"/>
          <w:lang w:val="en-IN"/>
        </w:rPr>
        <w:t>☐</w:t>
      </w:r>
      <w:r w:rsidRPr="0002516D">
        <w:rPr>
          <w:lang w:val="en-IN"/>
        </w:rPr>
        <w:t xml:space="preserve"> Submitted</w:t>
      </w:r>
    </w:p>
    <w:p w14:paraId="28F350D4" w14:textId="77777777" w:rsidR="0002516D" w:rsidRPr="0002516D" w:rsidRDefault="0002516D" w:rsidP="0002516D">
      <w:pPr>
        <w:rPr>
          <w:lang w:val="en-IN"/>
        </w:rPr>
      </w:pPr>
      <w:r w:rsidRPr="0002516D">
        <w:rPr>
          <w:rFonts w:ascii="Segoe UI Symbol" w:hAnsi="Segoe UI Symbol" w:cs="Segoe UI Symbol"/>
          <w:lang w:val="en-IN"/>
        </w:rPr>
        <w:t>☐</w:t>
      </w:r>
      <w:r w:rsidRPr="0002516D">
        <w:rPr>
          <w:lang w:val="en-IN"/>
        </w:rPr>
        <w:t xml:space="preserve"> Under Editorial Review</w:t>
      </w:r>
    </w:p>
    <w:p w14:paraId="19709814" w14:textId="77777777" w:rsidR="0002516D" w:rsidRPr="0002516D" w:rsidRDefault="0002516D" w:rsidP="0002516D">
      <w:pPr>
        <w:rPr>
          <w:lang w:val="en-IN"/>
        </w:rPr>
      </w:pPr>
      <w:r w:rsidRPr="0002516D">
        <w:rPr>
          <w:rFonts w:ascii="Segoe UI Symbol" w:hAnsi="Segoe UI Symbol" w:cs="Segoe UI Symbol"/>
          <w:lang w:val="en-IN"/>
        </w:rPr>
        <w:t>☐</w:t>
      </w:r>
      <w:r w:rsidRPr="0002516D">
        <w:rPr>
          <w:lang w:val="en-IN"/>
        </w:rPr>
        <w:t xml:space="preserve"> Under Peer Review</w:t>
      </w:r>
    </w:p>
    <w:p w14:paraId="0F87008C" w14:textId="77777777" w:rsidR="0002516D" w:rsidRPr="0002516D" w:rsidRDefault="0002516D" w:rsidP="0002516D">
      <w:pPr>
        <w:rPr>
          <w:lang w:val="en-IN"/>
        </w:rPr>
      </w:pPr>
      <w:r w:rsidRPr="0002516D">
        <w:rPr>
          <w:rFonts w:ascii="Segoe UI Symbol" w:hAnsi="Segoe UI Symbol" w:cs="Segoe UI Symbol"/>
          <w:lang w:val="en-IN"/>
        </w:rPr>
        <w:t>☐</w:t>
      </w:r>
      <w:r w:rsidRPr="0002516D">
        <w:rPr>
          <w:lang w:val="en-IN"/>
        </w:rPr>
        <w:t xml:space="preserve"> Revision Submitted</w:t>
      </w:r>
    </w:p>
    <w:p w14:paraId="492CC710" w14:textId="77777777" w:rsidR="0002516D" w:rsidRPr="0002516D" w:rsidRDefault="0002516D" w:rsidP="0002516D">
      <w:pPr>
        <w:rPr>
          <w:lang w:val="en-IN"/>
        </w:rPr>
      </w:pPr>
      <w:r w:rsidRPr="0002516D">
        <w:rPr>
          <w:rFonts w:ascii="Segoe UI Symbol" w:hAnsi="Segoe UI Symbol" w:cs="Segoe UI Symbol"/>
          <w:lang w:val="en-IN"/>
        </w:rPr>
        <w:t>☐</w:t>
      </w:r>
      <w:r w:rsidRPr="0002516D">
        <w:rPr>
          <w:lang w:val="en-IN"/>
        </w:rPr>
        <w:t xml:space="preserve"> Accepted</w:t>
      </w:r>
    </w:p>
    <w:p w14:paraId="55DD803C" w14:textId="77777777" w:rsidR="0002516D" w:rsidRPr="0002516D" w:rsidRDefault="0002516D" w:rsidP="0002516D">
      <w:pPr>
        <w:rPr>
          <w:lang w:val="en-IN"/>
        </w:rPr>
      </w:pPr>
      <w:r w:rsidRPr="0002516D">
        <w:rPr>
          <w:rFonts w:ascii="Segoe UI Symbol" w:hAnsi="Segoe UI Symbol" w:cs="Segoe UI Symbol"/>
          <w:lang w:val="en-IN"/>
        </w:rPr>
        <w:t>☐</w:t>
      </w:r>
      <w:r w:rsidRPr="0002516D">
        <w:rPr>
          <w:lang w:val="en-IN"/>
        </w:rPr>
        <w:t xml:space="preserve"> Online First</w:t>
      </w:r>
    </w:p>
    <w:p w14:paraId="0B4F2EBA" w14:textId="77777777" w:rsidR="0002516D" w:rsidRDefault="0002516D" w:rsidP="0002516D">
      <w:pPr>
        <w:rPr>
          <w:lang w:val="en-IN"/>
        </w:rPr>
      </w:pPr>
    </w:p>
    <w:p w14:paraId="24F61799" w14:textId="77777777" w:rsidR="0002516D" w:rsidRPr="0002516D" w:rsidRDefault="0002516D" w:rsidP="0002516D">
      <w:pPr>
        <w:rPr>
          <w:lang w:val="en-IN"/>
        </w:rPr>
      </w:pPr>
    </w:p>
    <w:p w14:paraId="3C34AE0E" w14:textId="5B1FFAA1" w:rsidR="00DD3567" w:rsidRPr="0002516D" w:rsidRDefault="00000000" w:rsidP="0002516D">
      <w:pPr>
        <w:pStyle w:val="Heading3"/>
        <w:jc w:val="center"/>
        <w:rPr>
          <w:sz w:val="24"/>
          <w:szCs w:val="24"/>
        </w:rPr>
      </w:pPr>
      <w:r w:rsidRPr="0002516D">
        <w:rPr>
          <w:sz w:val="24"/>
          <w:szCs w:val="24"/>
        </w:rPr>
        <w:lastRenderedPageBreak/>
        <w:t>Section B. Corresponding</w:t>
      </w:r>
      <w:r w:rsidR="0002516D" w:rsidRPr="0002516D">
        <w:rPr>
          <w:sz w:val="24"/>
          <w:szCs w:val="24"/>
        </w:rPr>
        <w:t>/</w:t>
      </w:r>
      <w:r w:rsidRPr="0002516D">
        <w:rPr>
          <w:sz w:val="24"/>
          <w:szCs w:val="24"/>
        </w:rPr>
        <w:t>Author Information</w:t>
      </w:r>
    </w:p>
    <w:p w14:paraId="1071E434" w14:textId="77777777" w:rsidR="0002516D" w:rsidRDefault="0002516D" w:rsidP="0002516D">
      <w:pPr>
        <w:rPr>
          <w:b/>
          <w:bCs/>
          <w:lang w:val="en-IN"/>
        </w:rPr>
      </w:pPr>
    </w:p>
    <w:p w14:paraId="5E7D900D" w14:textId="580344C3" w:rsidR="0002516D" w:rsidRPr="0002516D" w:rsidRDefault="0002516D" w:rsidP="0002516D">
      <w:pPr>
        <w:rPr>
          <w:lang w:val="en-IN"/>
        </w:rPr>
      </w:pPr>
      <w:r w:rsidRPr="0002516D">
        <w:rPr>
          <w:b/>
          <w:bCs/>
          <w:lang w:val="en-IN"/>
        </w:rPr>
        <w:t>Full Name</w:t>
      </w:r>
    </w:p>
    <w:p w14:paraId="120C28A1" w14:textId="77777777" w:rsidR="0002516D" w:rsidRPr="0002516D" w:rsidRDefault="0002516D" w:rsidP="0002516D">
      <w:pPr>
        <w:rPr>
          <w:lang w:val="en-IN"/>
        </w:rPr>
      </w:pPr>
      <w:r w:rsidRPr="0002516D">
        <w:rPr>
          <w:lang w:val="en-IN"/>
        </w:rPr>
        <w:pict w14:anchorId="5E4BDC0E">
          <v:rect id="_x0000_i1085" style="width:0;height:1.5pt" o:hralign="center" o:hrstd="t" o:hr="t" fillcolor="#a0a0a0" stroked="f"/>
        </w:pict>
      </w:r>
    </w:p>
    <w:p w14:paraId="777F5D29" w14:textId="77777777" w:rsidR="0002516D" w:rsidRPr="0002516D" w:rsidRDefault="0002516D" w:rsidP="0002516D">
      <w:pPr>
        <w:rPr>
          <w:lang w:val="en-IN"/>
        </w:rPr>
      </w:pPr>
      <w:r w:rsidRPr="0002516D">
        <w:rPr>
          <w:b/>
          <w:bCs/>
          <w:lang w:val="en-IN"/>
        </w:rPr>
        <w:t>Affiliation</w:t>
      </w:r>
    </w:p>
    <w:p w14:paraId="6C25E255" w14:textId="77777777" w:rsidR="0002516D" w:rsidRPr="0002516D" w:rsidRDefault="0002516D" w:rsidP="0002516D">
      <w:pPr>
        <w:rPr>
          <w:lang w:val="en-IN"/>
        </w:rPr>
      </w:pPr>
      <w:r w:rsidRPr="0002516D">
        <w:rPr>
          <w:lang w:val="en-IN"/>
        </w:rPr>
        <w:pict w14:anchorId="1F45F781">
          <v:rect id="_x0000_i1086" style="width:0;height:1.5pt" o:hralign="center" o:hrstd="t" o:hr="t" fillcolor="#a0a0a0" stroked="f"/>
        </w:pict>
      </w:r>
    </w:p>
    <w:p w14:paraId="0468BB36" w14:textId="77777777" w:rsidR="0002516D" w:rsidRPr="0002516D" w:rsidRDefault="0002516D" w:rsidP="0002516D">
      <w:pPr>
        <w:rPr>
          <w:lang w:val="en-IN"/>
        </w:rPr>
      </w:pPr>
      <w:r w:rsidRPr="0002516D">
        <w:rPr>
          <w:b/>
          <w:bCs/>
          <w:lang w:val="en-IN"/>
        </w:rPr>
        <w:t>Department</w:t>
      </w:r>
    </w:p>
    <w:p w14:paraId="40E2C27C" w14:textId="77777777" w:rsidR="0002516D" w:rsidRPr="0002516D" w:rsidRDefault="0002516D" w:rsidP="0002516D">
      <w:pPr>
        <w:rPr>
          <w:lang w:val="en-IN"/>
        </w:rPr>
      </w:pPr>
      <w:r w:rsidRPr="0002516D">
        <w:rPr>
          <w:lang w:val="en-IN"/>
        </w:rPr>
        <w:pict w14:anchorId="5A34D159">
          <v:rect id="_x0000_i1087" style="width:0;height:1.5pt" o:hralign="center" o:hrstd="t" o:hr="t" fillcolor="#a0a0a0" stroked="f"/>
        </w:pict>
      </w:r>
    </w:p>
    <w:p w14:paraId="564BEDE8" w14:textId="77777777" w:rsidR="0002516D" w:rsidRPr="0002516D" w:rsidRDefault="0002516D" w:rsidP="0002516D">
      <w:pPr>
        <w:rPr>
          <w:lang w:val="en-IN"/>
        </w:rPr>
      </w:pPr>
      <w:r w:rsidRPr="0002516D">
        <w:rPr>
          <w:b/>
          <w:bCs/>
          <w:lang w:val="en-IN"/>
        </w:rPr>
        <w:t>Institution</w:t>
      </w:r>
    </w:p>
    <w:p w14:paraId="39F2B579" w14:textId="77777777" w:rsidR="0002516D" w:rsidRPr="0002516D" w:rsidRDefault="0002516D" w:rsidP="0002516D">
      <w:pPr>
        <w:rPr>
          <w:lang w:val="en-IN"/>
        </w:rPr>
      </w:pPr>
      <w:r w:rsidRPr="0002516D">
        <w:rPr>
          <w:lang w:val="en-IN"/>
        </w:rPr>
        <w:pict w14:anchorId="37503A18">
          <v:rect id="_x0000_i1088" style="width:0;height:1.5pt" o:hralign="center" o:hrstd="t" o:hr="t" fillcolor="#a0a0a0" stroked="f"/>
        </w:pict>
      </w:r>
    </w:p>
    <w:p w14:paraId="2F28B4C8" w14:textId="77777777" w:rsidR="0002516D" w:rsidRPr="0002516D" w:rsidRDefault="0002516D" w:rsidP="0002516D">
      <w:pPr>
        <w:rPr>
          <w:lang w:val="en-IN"/>
        </w:rPr>
      </w:pPr>
      <w:r w:rsidRPr="0002516D">
        <w:rPr>
          <w:b/>
          <w:bCs/>
          <w:lang w:val="en-IN"/>
        </w:rPr>
        <w:t>Country</w:t>
      </w:r>
    </w:p>
    <w:p w14:paraId="47AC1D9E" w14:textId="77777777" w:rsidR="0002516D" w:rsidRPr="0002516D" w:rsidRDefault="0002516D" w:rsidP="0002516D">
      <w:pPr>
        <w:rPr>
          <w:lang w:val="en-IN"/>
        </w:rPr>
      </w:pPr>
      <w:r w:rsidRPr="0002516D">
        <w:rPr>
          <w:lang w:val="en-IN"/>
        </w:rPr>
        <w:pict w14:anchorId="1BD180BD">
          <v:rect id="_x0000_i1089" style="width:0;height:1.5pt" o:hralign="center" o:hrstd="t" o:hr="t" fillcolor="#a0a0a0" stroked="f"/>
        </w:pict>
      </w:r>
    </w:p>
    <w:p w14:paraId="30F922BF" w14:textId="77777777" w:rsidR="0002516D" w:rsidRPr="0002516D" w:rsidRDefault="0002516D" w:rsidP="0002516D">
      <w:pPr>
        <w:rPr>
          <w:lang w:val="en-IN"/>
        </w:rPr>
      </w:pPr>
      <w:r w:rsidRPr="0002516D">
        <w:rPr>
          <w:b/>
          <w:bCs/>
          <w:lang w:val="en-IN"/>
        </w:rPr>
        <w:t>Email</w:t>
      </w:r>
    </w:p>
    <w:p w14:paraId="60B6C5E3" w14:textId="77777777" w:rsidR="0002516D" w:rsidRPr="0002516D" w:rsidRDefault="0002516D" w:rsidP="0002516D">
      <w:pPr>
        <w:rPr>
          <w:lang w:val="en-IN"/>
        </w:rPr>
      </w:pPr>
      <w:r w:rsidRPr="0002516D">
        <w:rPr>
          <w:lang w:val="en-IN"/>
        </w:rPr>
        <w:pict w14:anchorId="4F449A37">
          <v:rect id="_x0000_i1090" style="width:0;height:1.5pt" o:hralign="center" o:hrstd="t" o:hr="t" fillcolor="#a0a0a0" stroked="f"/>
        </w:pict>
      </w:r>
    </w:p>
    <w:p w14:paraId="5ED280C3" w14:textId="77777777" w:rsidR="0002516D" w:rsidRPr="0002516D" w:rsidRDefault="0002516D" w:rsidP="0002516D">
      <w:pPr>
        <w:rPr>
          <w:lang w:val="en-IN"/>
        </w:rPr>
      </w:pPr>
      <w:r w:rsidRPr="0002516D">
        <w:rPr>
          <w:b/>
          <w:bCs/>
          <w:lang w:val="en-IN"/>
        </w:rPr>
        <w:t>Mobile Number</w:t>
      </w:r>
    </w:p>
    <w:p w14:paraId="4CA296E0" w14:textId="77777777" w:rsidR="0002516D" w:rsidRPr="0002516D" w:rsidRDefault="0002516D" w:rsidP="0002516D">
      <w:pPr>
        <w:rPr>
          <w:lang w:val="en-IN"/>
        </w:rPr>
      </w:pPr>
      <w:r w:rsidRPr="0002516D">
        <w:rPr>
          <w:lang w:val="en-IN"/>
        </w:rPr>
        <w:pict w14:anchorId="15DD1BBB">
          <v:rect id="_x0000_i1091" style="width:0;height:1.5pt" o:hralign="center" o:hrstd="t" o:hr="t" fillcolor="#a0a0a0" stroked="f"/>
        </w:pict>
      </w:r>
    </w:p>
    <w:p w14:paraId="1482E7A5" w14:textId="77777777" w:rsidR="0002516D" w:rsidRPr="0002516D" w:rsidRDefault="0002516D" w:rsidP="0002516D">
      <w:pPr>
        <w:rPr>
          <w:lang w:val="en-IN"/>
        </w:rPr>
      </w:pPr>
      <w:r w:rsidRPr="0002516D">
        <w:rPr>
          <w:b/>
          <w:bCs/>
          <w:lang w:val="en-IN"/>
        </w:rPr>
        <w:t>ORCID ID</w:t>
      </w:r>
    </w:p>
    <w:p w14:paraId="4C063177" w14:textId="6AFBF0A5" w:rsidR="00DD3567" w:rsidRDefault="00DD3567"/>
    <w:p w14:paraId="34336910" w14:textId="77777777" w:rsidR="0002516D" w:rsidRDefault="0002516D"/>
    <w:p w14:paraId="7AEF0C35" w14:textId="77777777" w:rsidR="0002516D" w:rsidRDefault="0002516D"/>
    <w:p w14:paraId="025CFB38" w14:textId="77777777" w:rsidR="0002516D" w:rsidRDefault="0002516D"/>
    <w:p w14:paraId="5802DE4D" w14:textId="77777777" w:rsidR="0002516D" w:rsidRDefault="0002516D"/>
    <w:p w14:paraId="6B05CC10" w14:textId="77777777" w:rsidR="0002516D" w:rsidRDefault="0002516D"/>
    <w:p w14:paraId="371328DE" w14:textId="77777777" w:rsidR="0002516D" w:rsidRDefault="0002516D"/>
    <w:p w14:paraId="0C8B0ABC" w14:textId="77777777" w:rsidR="0002516D" w:rsidRDefault="0002516D"/>
    <w:p w14:paraId="7F991B60" w14:textId="77777777" w:rsidR="0002516D" w:rsidRDefault="0002516D"/>
    <w:p w14:paraId="24A48F07" w14:textId="77777777" w:rsidR="00DD3567" w:rsidRDefault="00000000" w:rsidP="0002516D">
      <w:pPr>
        <w:pStyle w:val="Heading3"/>
        <w:jc w:val="center"/>
        <w:rPr>
          <w:sz w:val="24"/>
          <w:szCs w:val="24"/>
        </w:rPr>
      </w:pPr>
      <w:r w:rsidRPr="0002516D">
        <w:rPr>
          <w:sz w:val="24"/>
          <w:szCs w:val="24"/>
        </w:rPr>
        <w:lastRenderedPageBreak/>
        <w:t>Section C. Reason for Withdrawal</w:t>
      </w:r>
    </w:p>
    <w:p w14:paraId="55DCEFA9" w14:textId="77777777" w:rsidR="0002516D" w:rsidRPr="000F2506" w:rsidRDefault="0002516D" w:rsidP="0002516D">
      <w:pPr>
        <w:pStyle w:val="Heading3"/>
        <w:rPr>
          <w:color w:val="auto"/>
          <w:lang w:val="en-IN"/>
        </w:rPr>
      </w:pPr>
      <w:r w:rsidRPr="000F2506">
        <w:rPr>
          <w:color w:val="auto"/>
          <w:lang w:val="en-IN"/>
        </w:rPr>
        <w:t>Reason for Withdrawal (Tick all applicable)</w:t>
      </w:r>
    </w:p>
    <w:p w14:paraId="17E3022F"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Submitted to the wrong journal</w:t>
      </w:r>
    </w:p>
    <w:p w14:paraId="7AD78C1A"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Duplicate submission</w:t>
      </w:r>
    </w:p>
    <w:p w14:paraId="3A26C924"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Duplicate publication</w:t>
      </w:r>
    </w:p>
    <w:p w14:paraId="7CFF421E"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Serious scientific error identified</w:t>
      </w:r>
    </w:p>
    <w:p w14:paraId="67986325"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Methodological concerns</w:t>
      </w:r>
    </w:p>
    <w:p w14:paraId="5C207228"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Statistical errors</w:t>
      </w:r>
    </w:p>
    <w:p w14:paraId="63C86210"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Ethical concerns</w:t>
      </w:r>
    </w:p>
    <w:p w14:paraId="1966F17B"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Plagiarism identified</w:t>
      </w:r>
    </w:p>
    <w:p w14:paraId="1D4AC437"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Authorship dispute</w:t>
      </w:r>
    </w:p>
    <w:p w14:paraId="5856453A"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Funding issues</w:t>
      </w:r>
    </w:p>
    <w:p w14:paraId="00AA9459"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Institutional request</w:t>
      </w:r>
    </w:p>
    <w:p w14:paraId="2B09B861"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Patent/IP protection</w:t>
      </w:r>
    </w:p>
    <w:p w14:paraId="2EF334DC" w14:textId="77777777"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Personal reasons</w:t>
      </w:r>
    </w:p>
    <w:p w14:paraId="433FB62C" w14:textId="37C12D0D" w:rsidR="0002516D" w:rsidRPr="000F2506" w:rsidRDefault="0002516D" w:rsidP="0002516D">
      <w:pPr>
        <w:pStyle w:val="Heading3"/>
        <w:rPr>
          <w:color w:val="auto"/>
          <w:lang w:val="en-IN"/>
        </w:rPr>
      </w:pPr>
      <w:r w:rsidRPr="000F2506">
        <w:rPr>
          <w:rFonts w:ascii="Segoe UI Symbol" w:hAnsi="Segoe UI Symbol" w:cs="Segoe UI Symbol"/>
          <w:color w:val="auto"/>
          <w:lang w:val="en-IN"/>
        </w:rPr>
        <w:t>☐</w:t>
      </w:r>
      <w:r w:rsidRPr="000F2506">
        <w:rPr>
          <w:color w:val="auto"/>
          <w:lang w:val="en-IN"/>
        </w:rPr>
        <w:t xml:space="preserve"> Other (Specify)</w:t>
      </w:r>
      <w:r w:rsidRPr="000F2506">
        <w:rPr>
          <w:color w:val="auto"/>
          <w:lang w:val="en-IN"/>
        </w:rPr>
        <w:t>---------------------------------------------------------------------</w:t>
      </w:r>
    </w:p>
    <w:p w14:paraId="7197E757" w14:textId="77777777" w:rsidR="00DD3567" w:rsidRDefault="00000000" w:rsidP="0002516D">
      <w:pPr>
        <w:pStyle w:val="Heading3"/>
        <w:jc w:val="center"/>
      </w:pPr>
      <w:r w:rsidRPr="0002516D">
        <w:rPr>
          <w:sz w:val="24"/>
          <w:szCs w:val="24"/>
        </w:rPr>
        <w:t>Section D. Author Declaration</w:t>
      </w:r>
    </w:p>
    <w:p w14:paraId="2BD2B47B" w14:textId="77777777" w:rsidR="0002516D" w:rsidRPr="000F2506" w:rsidRDefault="0002516D" w:rsidP="0002516D">
      <w:pPr>
        <w:pStyle w:val="Heading3"/>
        <w:rPr>
          <w:color w:val="auto"/>
          <w:lang w:val="en-IN"/>
        </w:rPr>
      </w:pPr>
      <w:r w:rsidRPr="000F2506">
        <w:rPr>
          <w:color w:val="auto"/>
          <w:lang w:val="en-IN"/>
        </w:rPr>
        <w:t>We, the undersigned authors, jointly declare that:</w:t>
      </w:r>
    </w:p>
    <w:p w14:paraId="4D62AD59" w14:textId="77777777" w:rsidR="0002516D" w:rsidRPr="000F2506" w:rsidRDefault="0002516D" w:rsidP="0002516D">
      <w:pPr>
        <w:pStyle w:val="Heading3"/>
        <w:numPr>
          <w:ilvl w:val="0"/>
          <w:numId w:val="10"/>
        </w:numPr>
        <w:rPr>
          <w:color w:val="auto"/>
          <w:lang w:val="en-IN"/>
        </w:rPr>
      </w:pPr>
      <w:r w:rsidRPr="000F2506">
        <w:rPr>
          <w:color w:val="auto"/>
          <w:lang w:val="en-IN"/>
        </w:rPr>
        <w:t xml:space="preserve">This withdrawal request has been approved by all authors. </w:t>
      </w:r>
    </w:p>
    <w:p w14:paraId="5DA100ED" w14:textId="77777777" w:rsidR="0002516D" w:rsidRPr="000F2506" w:rsidRDefault="0002516D" w:rsidP="0002516D">
      <w:pPr>
        <w:pStyle w:val="Heading3"/>
        <w:numPr>
          <w:ilvl w:val="0"/>
          <w:numId w:val="10"/>
        </w:numPr>
        <w:rPr>
          <w:color w:val="auto"/>
          <w:lang w:val="en-IN"/>
        </w:rPr>
      </w:pPr>
      <w:r w:rsidRPr="000F2506">
        <w:rPr>
          <w:color w:val="auto"/>
          <w:lang w:val="en-IN"/>
        </w:rPr>
        <w:t xml:space="preserve">All authors understand that withdrawal is subject to editorial approval. </w:t>
      </w:r>
    </w:p>
    <w:p w14:paraId="04AD7CE3" w14:textId="77777777" w:rsidR="0002516D" w:rsidRPr="000F2506" w:rsidRDefault="0002516D" w:rsidP="0002516D">
      <w:pPr>
        <w:pStyle w:val="Heading3"/>
        <w:numPr>
          <w:ilvl w:val="0"/>
          <w:numId w:val="10"/>
        </w:numPr>
        <w:rPr>
          <w:color w:val="auto"/>
          <w:lang w:val="en-IN"/>
        </w:rPr>
      </w:pPr>
      <w:r w:rsidRPr="000F2506">
        <w:rPr>
          <w:color w:val="auto"/>
          <w:lang w:val="en-IN"/>
        </w:rPr>
        <w:t xml:space="preserve">No dispute exists among the authors regarding this request. </w:t>
      </w:r>
    </w:p>
    <w:p w14:paraId="0E9CBC73" w14:textId="77777777" w:rsidR="0002516D" w:rsidRPr="000F2506" w:rsidRDefault="0002516D" w:rsidP="0002516D">
      <w:pPr>
        <w:pStyle w:val="Heading3"/>
        <w:numPr>
          <w:ilvl w:val="0"/>
          <w:numId w:val="10"/>
        </w:numPr>
        <w:rPr>
          <w:color w:val="auto"/>
          <w:lang w:val="en-IN"/>
        </w:rPr>
      </w:pPr>
      <w:r w:rsidRPr="000F2506">
        <w:rPr>
          <w:color w:val="auto"/>
          <w:lang w:val="en-IN"/>
        </w:rPr>
        <w:t xml:space="preserve">The information provided is complete and accurate. </w:t>
      </w:r>
    </w:p>
    <w:p w14:paraId="2DF65328" w14:textId="77777777" w:rsidR="0002516D" w:rsidRPr="000F2506" w:rsidRDefault="0002516D" w:rsidP="0002516D">
      <w:pPr>
        <w:pStyle w:val="Heading3"/>
        <w:numPr>
          <w:ilvl w:val="0"/>
          <w:numId w:val="10"/>
        </w:numPr>
        <w:rPr>
          <w:color w:val="auto"/>
          <w:lang w:val="en-IN"/>
        </w:rPr>
      </w:pPr>
      <w:r w:rsidRPr="000F2506">
        <w:rPr>
          <w:color w:val="auto"/>
          <w:lang w:val="en-IN"/>
        </w:rPr>
        <w:t>We accept responsibility for any consequences arising from this withdrawal request.</w:t>
      </w:r>
    </w:p>
    <w:p w14:paraId="1AC0EAB3" w14:textId="77777777" w:rsidR="0002516D" w:rsidRDefault="0002516D" w:rsidP="0002516D">
      <w:pPr>
        <w:rPr>
          <w:lang w:val="en-IN"/>
        </w:rPr>
      </w:pPr>
    </w:p>
    <w:p w14:paraId="5F1A3AAD" w14:textId="77777777" w:rsidR="0002516D" w:rsidRPr="0002516D" w:rsidRDefault="0002516D" w:rsidP="0002516D">
      <w:pPr>
        <w:rPr>
          <w:lang w:val="en-IN"/>
        </w:rPr>
      </w:pPr>
    </w:p>
    <w:p w14:paraId="00BDAFD4" w14:textId="77777777" w:rsidR="00DD3567" w:rsidRPr="001069E2" w:rsidRDefault="00000000" w:rsidP="001069E2">
      <w:pPr>
        <w:pStyle w:val="Heading3"/>
        <w:jc w:val="center"/>
        <w:rPr>
          <w:sz w:val="24"/>
          <w:szCs w:val="24"/>
        </w:rPr>
      </w:pPr>
      <w:r w:rsidRPr="001069E2">
        <w:rPr>
          <w:sz w:val="24"/>
          <w:szCs w:val="24"/>
        </w:rPr>
        <w:lastRenderedPageBreak/>
        <w:t>Section E. Ethical Declaration</w:t>
      </w:r>
    </w:p>
    <w:p w14:paraId="02023C62" w14:textId="77777777" w:rsidR="001069E2" w:rsidRPr="001069E2" w:rsidRDefault="001069E2" w:rsidP="001069E2"/>
    <w:p w14:paraId="25041002" w14:textId="77777777" w:rsidR="001069E2" w:rsidRPr="001069E2" w:rsidRDefault="001069E2" w:rsidP="001069E2">
      <w:pPr>
        <w:rPr>
          <w:lang w:val="en-IN"/>
        </w:rPr>
      </w:pPr>
      <w:r w:rsidRPr="001069E2">
        <w:rPr>
          <w:lang w:val="en-IN"/>
        </w:rPr>
        <w:t>The authors confirm that:</w:t>
      </w:r>
    </w:p>
    <w:p w14:paraId="27E6E1E3" w14:textId="77777777" w:rsidR="001069E2" w:rsidRPr="001069E2" w:rsidRDefault="001069E2" w:rsidP="001069E2">
      <w:pPr>
        <w:rPr>
          <w:lang w:val="en-IN"/>
        </w:rPr>
      </w:pPr>
      <w:r w:rsidRPr="001069E2">
        <w:rPr>
          <w:rFonts w:ascii="Segoe UI Symbol" w:hAnsi="Segoe UI Symbol" w:cs="Segoe UI Symbol"/>
          <w:lang w:val="en-IN"/>
        </w:rPr>
        <w:t>☐</w:t>
      </w:r>
      <w:r w:rsidRPr="001069E2">
        <w:rPr>
          <w:lang w:val="en-IN"/>
        </w:rPr>
        <w:t xml:space="preserve"> There is no ongoing investigation related to research misconduct.</w:t>
      </w:r>
    </w:p>
    <w:p w14:paraId="5F748E0A" w14:textId="77777777" w:rsidR="001069E2" w:rsidRPr="001069E2" w:rsidRDefault="001069E2" w:rsidP="001069E2">
      <w:pPr>
        <w:rPr>
          <w:lang w:val="en-IN"/>
        </w:rPr>
      </w:pPr>
      <w:r w:rsidRPr="001069E2">
        <w:rPr>
          <w:rFonts w:ascii="Segoe UI Symbol" w:hAnsi="Segoe UI Symbol" w:cs="Segoe UI Symbol"/>
          <w:lang w:val="en-IN"/>
        </w:rPr>
        <w:t>☐</w:t>
      </w:r>
      <w:r w:rsidRPr="001069E2">
        <w:rPr>
          <w:lang w:val="en-IN"/>
        </w:rPr>
        <w:t xml:space="preserve"> The withdrawal request is voluntary.</w:t>
      </w:r>
    </w:p>
    <w:p w14:paraId="157A07E7" w14:textId="77777777" w:rsidR="001069E2" w:rsidRPr="001069E2" w:rsidRDefault="001069E2" w:rsidP="001069E2">
      <w:pPr>
        <w:rPr>
          <w:lang w:val="en-IN"/>
        </w:rPr>
      </w:pPr>
      <w:r w:rsidRPr="001069E2">
        <w:rPr>
          <w:rFonts w:ascii="Segoe UI Symbol" w:hAnsi="Segoe UI Symbol" w:cs="Segoe UI Symbol"/>
          <w:lang w:val="en-IN"/>
        </w:rPr>
        <w:t>☐</w:t>
      </w:r>
      <w:r w:rsidRPr="001069E2">
        <w:rPr>
          <w:lang w:val="en-IN"/>
        </w:rPr>
        <w:t xml:space="preserve"> The request is not intended to avoid peer review or editorial decisions.</w:t>
      </w:r>
    </w:p>
    <w:p w14:paraId="058DDC79" w14:textId="77777777" w:rsidR="001069E2" w:rsidRPr="001069E2" w:rsidRDefault="001069E2" w:rsidP="001069E2">
      <w:pPr>
        <w:rPr>
          <w:lang w:val="en-IN"/>
        </w:rPr>
      </w:pPr>
      <w:r w:rsidRPr="001069E2">
        <w:rPr>
          <w:rFonts w:ascii="Segoe UI Symbol" w:hAnsi="Segoe UI Symbol" w:cs="Segoe UI Symbol"/>
          <w:lang w:val="en-IN"/>
        </w:rPr>
        <w:t>☐</w:t>
      </w:r>
      <w:r w:rsidRPr="001069E2">
        <w:rPr>
          <w:lang w:val="en-IN"/>
        </w:rPr>
        <w:t xml:space="preserve"> Any ethical concerns have been fully disclosed to the Editorial Office.</w:t>
      </w:r>
    </w:p>
    <w:p w14:paraId="0151816C" w14:textId="77777777" w:rsidR="001069E2" w:rsidRPr="000F2506" w:rsidRDefault="001069E2" w:rsidP="001069E2">
      <w:pPr>
        <w:jc w:val="center"/>
        <w:rPr>
          <w:b/>
          <w:bCs/>
          <w:color w:val="00B0F0"/>
          <w:lang w:val="en-IN"/>
        </w:rPr>
      </w:pPr>
      <w:r w:rsidRPr="000F2506">
        <w:rPr>
          <w:b/>
          <w:bCs/>
          <w:color w:val="00B0F0"/>
          <w:lang w:val="en-IN"/>
        </w:rPr>
        <w:t>Section F. Future Submission Declaration</w:t>
      </w:r>
    </w:p>
    <w:p w14:paraId="2EDEADE1" w14:textId="77777777" w:rsidR="001069E2" w:rsidRPr="001069E2" w:rsidRDefault="001069E2" w:rsidP="001069E2">
      <w:pPr>
        <w:rPr>
          <w:lang w:val="en-IN"/>
        </w:rPr>
      </w:pPr>
      <w:r w:rsidRPr="001069E2">
        <w:rPr>
          <w:rFonts w:ascii="Segoe UI Symbol" w:hAnsi="Segoe UI Symbol" w:cs="Segoe UI Symbol"/>
          <w:lang w:val="en-IN"/>
        </w:rPr>
        <w:t>☐</w:t>
      </w:r>
      <w:r w:rsidRPr="001069E2">
        <w:rPr>
          <w:lang w:val="en-IN"/>
        </w:rPr>
        <w:t xml:space="preserve"> We intend to submit the manuscript to another journal after withdrawal.</w:t>
      </w:r>
    </w:p>
    <w:p w14:paraId="2FC15992" w14:textId="77777777" w:rsidR="001069E2" w:rsidRPr="001069E2" w:rsidRDefault="001069E2" w:rsidP="001069E2">
      <w:pPr>
        <w:rPr>
          <w:lang w:val="en-IN"/>
        </w:rPr>
      </w:pPr>
      <w:r w:rsidRPr="001069E2">
        <w:rPr>
          <w:lang w:val="en-IN"/>
        </w:rPr>
        <w:t>OR</w:t>
      </w:r>
    </w:p>
    <w:p w14:paraId="27960A4C" w14:textId="77777777" w:rsidR="001069E2" w:rsidRPr="001069E2" w:rsidRDefault="001069E2" w:rsidP="001069E2">
      <w:pPr>
        <w:rPr>
          <w:lang w:val="en-IN"/>
        </w:rPr>
      </w:pPr>
      <w:r w:rsidRPr="001069E2">
        <w:rPr>
          <w:rFonts w:ascii="Segoe UI Symbol" w:hAnsi="Segoe UI Symbol" w:cs="Segoe UI Symbol"/>
          <w:lang w:val="en-IN"/>
        </w:rPr>
        <w:t>☐</w:t>
      </w:r>
      <w:r w:rsidRPr="001069E2">
        <w:rPr>
          <w:lang w:val="en-IN"/>
        </w:rPr>
        <w:t xml:space="preserve"> We do not intend to submit the manuscript elsewhere.</w:t>
      </w:r>
    </w:p>
    <w:p w14:paraId="4215D60C" w14:textId="77777777" w:rsidR="001069E2" w:rsidRPr="001069E2" w:rsidRDefault="001069E2" w:rsidP="001069E2">
      <w:pPr>
        <w:rPr>
          <w:lang w:val="en-IN"/>
        </w:rPr>
      </w:pPr>
      <w:r w:rsidRPr="001069E2">
        <w:rPr>
          <w:lang w:val="en-IN"/>
        </w:rPr>
        <w:t>If yes, proposed journal (optional):</w:t>
      </w:r>
    </w:p>
    <w:p w14:paraId="31E37A5B" w14:textId="77777777" w:rsidR="00DD3567" w:rsidRPr="001069E2" w:rsidRDefault="00000000" w:rsidP="001069E2">
      <w:pPr>
        <w:pStyle w:val="Heading3"/>
        <w:jc w:val="center"/>
        <w:rPr>
          <w:sz w:val="24"/>
          <w:szCs w:val="24"/>
        </w:rPr>
      </w:pPr>
      <w:r w:rsidRPr="001069E2">
        <w:rPr>
          <w:sz w:val="24"/>
          <w:szCs w:val="24"/>
        </w:rPr>
        <w:t>Section G. Funding</w:t>
      </w:r>
    </w:p>
    <w:p w14:paraId="114038D8" w14:textId="77777777" w:rsidR="001069E2" w:rsidRDefault="001069E2" w:rsidP="001069E2"/>
    <w:p w14:paraId="793A9A8D" w14:textId="77777777" w:rsidR="001069E2" w:rsidRPr="001069E2" w:rsidRDefault="001069E2" w:rsidP="001069E2">
      <w:pPr>
        <w:rPr>
          <w:lang w:val="en-IN"/>
        </w:rPr>
      </w:pPr>
      <w:r w:rsidRPr="001069E2">
        <w:rPr>
          <w:lang w:val="en-IN"/>
        </w:rPr>
        <w:t>Funding Agency</w:t>
      </w:r>
    </w:p>
    <w:p w14:paraId="58481A3E" w14:textId="77777777" w:rsidR="001069E2" w:rsidRPr="001069E2" w:rsidRDefault="001069E2" w:rsidP="001069E2">
      <w:pPr>
        <w:rPr>
          <w:lang w:val="en-IN"/>
        </w:rPr>
      </w:pPr>
      <w:r w:rsidRPr="001069E2">
        <w:rPr>
          <w:lang w:val="en-IN"/>
        </w:rPr>
        <w:pict w14:anchorId="652ECEDB">
          <v:rect id="_x0000_i1159" style="width:0;height:1.5pt" o:hralign="center" o:hrstd="t" o:hr="t" fillcolor="#a0a0a0" stroked="f"/>
        </w:pict>
      </w:r>
    </w:p>
    <w:p w14:paraId="6123A2A6" w14:textId="77777777" w:rsidR="001069E2" w:rsidRPr="001069E2" w:rsidRDefault="001069E2" w:rsidP="001069E2">
      <w:pPr>
        <w:rPr>
          <w:lang w:val="en-IN"/>
        </w:rPr>
      </w:pPr>
      <w:r w:rsidRPr="001069E2">
        <w:rPr>
          <w:lang w:val="en-IN"/>
        </w:rPr>
        <w:t>Grant Number</w:t>
      </w:r>
    </w:p>
    <w:p w14:paraId="2F23AA40" w14:textId="77777777" w:rsidR="001069E2" w:rsidRPr="001069E2" w:rsidRDefault="001069E2" w:rsidP="001069E2">
      <w:pPr>
        <w:rPr>
          <w:lang w:val="en-IN"/>
        </w:rPr>
      </w:pPr>
      <w:r w:rsidRPr="001069E2">
        <w:rPr>
          <w:lang w:val="en-IN"/>
        </w:rPr>
        <w:pict w14:anchorId="4FC2A4D7">
          <v:rect id="_x0000_i1160" style="width:0;height:1.5pt" o:hralign="center" o:hrstd="t" o:hr="t" fillcolor="#a0a0a0" stroked="f"/>
        </w:pict>
      </w:r>
    </w:p>
    <w:p w14:paraId="697827F6" w14:textId="77777777" w:rsidR="001069E2" w:rsidRPr="001069E2" w:rsidRDefault="001069E2" w:rsidP="001069E2"/>
    <w:p w14:paraId="7ED9B62B" w14:textId="77777777" w:rsidR="00DD3567" w:rsidRDefault="00000000">
      <w:r>
        <w:t>____________________________________________________________</w:t>
      </w:r>
    </w:p>
    <w:p w14:paraId="7D057EE0" w14:textId="77777777" w:rsidR="001069E2" w:rsidRDefault="001069E2">
      <w:pPr>
        <w:pStyle w:val="Heading3"/>
      </w:pPr>
    </w:p>
    <w:p w14:paraId="012E89E9" w14:textId="70295742" w:rsidR="00DD3567" w:rsidRDefault="00000000">
      <w:pPr>
        <w:pStyle w:val="Heading3"/>
      </w:pPr>
      <w:r>
        <w:t>Section H. Author Signatures</w:t>
      </w:r>
    </w:p>
    <w:tbl>
      <w:tblPr>
        <w:tblW w:w="0" w:type="auto"/>
        <w:tblCellSpacing w:w="15" w:type="dxa"/>
        <w:tblInd w:w="-948" w:type="dxa"/>
        <w:tblCellMar>
          <w:top w:w="15" w:type="dxa"/>
          <w:left w:w="15" w:type="dxa"/>
          <w:bottom w:w="15" w:type="dxa"/>
          <w:right w:w="15" w:type="dxa"/>
        </w:tblCellMar>
        <w:tblLook w:val="04A0" w:firstRow="1" w:lastRow="0" w:firstColumn="1" w:lastColumn="0" w:noHBand="0" w:noVBand="1"/>
      </w:tblPr>
      <w:tblGrid>
        <w:gridCol w:w="1311"/>
        <w:gridCol w:w="1866"/>
        <w:gridCol w:w="1658"/>
        <w:gridCol w:w="647"/>
        <w:gridCol w:w="2226"/>
        <w:gridCol w:w="1256"/>
      </w:tblGrid>
      <w:tr w:rsidR="000F2506" w:rsidRPr="000F2506" w14:paraId="2C6B6F2F" w14:textId="77777777" w:rsidTr="000F2506">
        <w:trPr>
          <w:tblHeader/>
          <w:tblCellSpacing w:w="15" w:type="dxa"/>
        </w:trPr>
        <w:tc>
          <w:tcPr>
            <w:tcW w:w="0" w:type="auto"/>
            <w:vAlign w:val="center"/>
            <w:hideMark/>
          </w:tcPr>
          <w:p w14:paraId="0893198F" w14:textId="77777777" w:rsidR="000F2506" w:rsidRPr="000F2506" w:rsidRDefault="000F2506" w:rsidP="000F2506">
            <w:pPr>
              <w:pStyle w:val="Heading3"/>
              <w:rPr>
                <w:color w:val="000000" w:themeColor="text1"/>
                <w:lang w:val="en-IN"/>
              </w:rPr>
            </w:pPr>
            <w:r w:rsidRPr="000F2506">
              <w:rPr>
                <w:color w:val="000000" w:themeColor="text1"/>
                <w:lang w:val="en-IN"/>
              </w:rPr>
              <w:t>Author Name</w:t>
            </w:r>
          </w:p>
        </w:tc>
        <w:tc>
          <w:tcPr>
            <w:tcW w:w="0" w:type="auto"/>
            <w:vAlign w:val="center"/>
            <w:hideMark/>
          </w:tcPr>
          <w:p w14:paraId="0E483D06" w14:textId="4D08CC53" w:rsidR="000F2506" w:rsidRPr="000F2506" w:rsidRDefault="000F2506" w:rsidP="000F2506">
            <w:pPr>
              <w:pStyle w:val="Heading3"/>
              <w:rPr>
                <w:color w:val="000000" w:themeColor="text1"/>
                <w:lang w:val="en-IN"/>
              </w:rPr>
            </w:pPr>
            <w:r w:rsidRPr="000F2506">
              <w:rPr>
                <w:color w:val="000000" w:themeColor="text1"/>
                <w:lang w:val="en-IN"/>
              </w:rPr>
              <w:t xml:space="preserve">                  </w:t>
            </w:r>
            <w:r w:rsidRPr="000F2506">
              <w:rPr>
                <w:color w:val="000000" w:themeColor="text1"/>
                <w:lang w:val="en-IN"/>
              </w:rPr>
              <w:t>Affiliation</w:t>
            </w:r>
          </w:p>
        </w:tc>
        <w:tc>
          <w:tcPr>
            <w:tcW w:w="0" w:type="auto"/>
            <w:vAlign w:val="center"/>
            <w:hideMark/>
          </w:tcPr>
          <w:p w14:paraId="0459B9E5" w14:textId="18DA98BA" w:rsidR="000F2506" w:rsidRPr="000F2506" w:rsidRDefault="000F2506" w:rsidP="000F2506">
            <w:pPr>
              <w:pStyle w:val="Heading3"/>
              <w:rPr>
                <w:color w:val="000000" w:themeColor="text1"/>
                <w:lang w:val="en-IN"/>
              </w:rPr>
            </w:pPr>
            <w:r w:rsidRPr="000F2506">
              <w:rPr>
                <w:color w:val="000000" w:themeColor="text1"/>
                <w:lang w:val="en-IN"/>
              </w:rPr>
              <w:t xml:space="preserve">                      </w:t>
            </w:r>
            <w:r w:rsidRPr="000F2506">
              <w:rPr>
                <w:color w:val="000000" w:themeColor="text1"/>
                <w:lang w:val="en-IN"/>
              </w:rPr>
              <w:t>Email</w:t>
            </w:r>
          </w:p>
        </w:tc>
        <w:tc>
          <w:tcPr>
            <w:tcW w:w="0" w:type="auto"/>
            <w:vAlign w:val="center"/>
            <w:hideMark/>
          </w:tcPr>
          <w:p w14:paraId="013D27D7" w14:textId="77777777" w:rsidR="000F2506" w:rsidRPr="000F2506" w:rsidRDefault="000F2506" w:rsidP="000F2506">
            <w:pPr>
              <w:pStyle w:val="Heading3"/>
              <w:rPr>
                <w:color w:val="000000" w:themeColor="text1"/>
                <w:lang w:val="en-IN"/>
              </w:rPr>
            </w:pPr>
            <w:r w:rsidRPr="000F2506">
              <w:rPr>
                <w:color w:val="000000" w:themeColor="text1"/>
                <w:lang w:val="en-IN"/>
              </w:rPr>
              <w:t>ORCID</w:t>
            </w:r>
          </w:p>
        </w:tc>
        <w:tc>
          <w:tcPr>
            <w:tcW w:w="0" w:type="auto"/>
            <w:vAlign w:val="center"/>
            <w:hideMark/>
          </w:tcPr>
          <w:p w14:paraId="222E0593" w14:textId="5D0C0D0D" w:rsidR="000F2506" w:rsidRPr="000F2506" w:rsidRDefault="000F2506" w:rsidP="000F2506">
            <w:pPr>
              <w:pStyle w:val="Heading3"/>
              <w:rPr>
                <w:color w:val="000000" w:themeColor="text1"/>
                <w:lang w:val="en-IN"/>
              </w:rPr>
            </w:pPr>
            <w:r w:rsidRPr="000F2506">
              <w:rPr>
                <w:color w:val="000000" w:themeColor="text1"/>
                <w:lang w:val="en-IN"/>
              </w:rPr>
              <w:t xml:space="preserve">                          </w:t>
            </w:r>
            <w:r w:rsidRPr="000F2506">
              <w:rPr>
                <w:color w:val="000000" w:themeColor="text1"/>
                <w:lang w:val="en-IN"/>
              </w:rPr>
              <w:t>Signature</w:t>
            </w:r>
          </w:p>
        </w:tc>
        <w:tc>
          <w:tcPr>
            <w:tcW w:w="0" w:type="auto"/>
            <w:vAlign w:val="center"/>
            <w:hideMark/>
          </w:tcPr>
          <w:p w14:paraId="5A98A128" w14:textId="3B731BB3" w:rsidR="000F2506" w:rsidRPr="000F2506" w:rsidRDefault="000F2506" w:rsidP="000F2506">
            <w:pPr>
              <w:pStyle w:val="Heading3"/>
              <w:rPr>
                <w:color w:val="000000" w:themeColor="text1"/>
                <w:lang w:val="en-IN"/>
              </w:rPr>
            </w:pPr>
            <w:r w:rsidRPr="000F2506">
              <w:rPr>
                <w:color w:val="000000" w:themeColor="text1"/>
                <w:lang w:val="en-IN"/>
              </w:rPr>
              <w:t xml:space="preserve">               </w:t>
            </w:r>
            <w:r w:rsidRPr="000F2506">
              <w:rPr>
                <w:color w:val="000000" w:themeColor="text1"/>
                <w:lang w:val="en-IN"/>
              </w:rPr>
              <w:t>Date</w:t>
            </w:r>
          </w:p>
        </w:tc>
      </w:tr>
    </w:tbl>
    <w:p w14:paraId="2E791567" w14:textId="77777777" w:rsidR="000F2506" w:rsidRDefault="000F2506">
      <w:pPr>
        <w:pStyle w:val="Heading3"/>
      </w:pPr>
    </w:p>
    <w:p w14:paraId="332A7EA2" w14:textId="77777777" w:rsidR="000F2506" w:rsidRDefault="000F2506">
      <w:pPr>
        <w:pStyle w:val="Heading3"/>
      </w:pPr>
    </w:p>
    <w:p w14:paraId="069073F2" w14:textId="77777777" w:rsidR="000F2506" w:rsidRDefault="000F2506">
      <w:pPr>
        <w:pStyle w:val="Heading3"/>
      </w:pPr>
    </w:p>
    <w:p w14:paraId="57853D88" w14:textId="77777777" w:rsidR="000F2506" w:rsidRDefault="000F2506">
      <w:pPr>
        <w:pStyle w:val="Heading3"/>
      </w:pPr>
    </w:p>
    <w:p w14:paraId="44FB23BD" w14:textId="6EBCAEA7" w:rsidR="00DD3567" w:rsidRDefault="00000000" w:rsidP="000F2506">
      <w:pPr>
        <w:pStyle w:val="Heading3"/>
        <w:jc w:val="center"/>
      </w:pPr>
      <w:r>
        <w:t>Section I. Editorial Office Use Only</w:t>
      </w:r>
    </w:p>
    <w:p w14:paraId="09FA6BB6" w14:textId="77777777" w:rsidR="000F2506" w:rsidRPr="000F2506" w:rsidRDefault="000F2506" w:rsidP="000F2506"/>
    <w:p w14:paraId="1725C6D4" w14:textId="77777777" w:rsidR="000F2506" w:rsidRPr="000F2506" w:rsidRDefault="000F2506" w:rsidP="000F2506">
      <w:pPr>
        <w:rPr>
          <w:lang w:val="en-IN"/>
        </w:rPr>
      </w:pPr>
      <w:r w:rsidRPr="000F2506">
        <w:rPr>
          <w:b/>
          <w:bCs/>
          <w:lang w:val="en-IN"/>
        </w:rPr>
        <w:t>Date Received:</w:t>
      </w:r>
      <w:r w:rsidRPr="000F2506">
        <w:rPr>
          <w:lang w:val="en-IN"/>
        </w:rPr>
        <w:t xml:space="preserve"> __________________________</w:t>
      </w:r>
    </w:p>
    <w:p w14:paraId="1F4965BF" w14:textId="77777777" w:rsidR="000F2506" w:rsidRPr="000F2506" w:rsidRDefault="000F2506" w:rsidP="000F2506">
      <w:pPr>
        <w:rPr>
          <w:lang w:val="en-IN"/>
        </w:rPr>
      </w:pPr>
      <w:r w:rsidRPr="000F2506">
        <w:rPr>
          <w:b/>
          <w:bCs/>
          <w:lang w:val="en-IN"/>
        </w:rPr>
        <w:t>Withdrawal Request ID:</w:t>
      </w:r>
      <w:r w:rsidRPr="000F2506">
        <w:rPr>
          <w:lang w:val="en-IN"/>
        </w:rPr>
        <w:t xml:space="preserve"> ___________________</w:t>
      </w:r>
    </w:p>
    <w:p w14:paraId="5DD102BD" w14:textId="77777777" w:rsidR="000F2506" w:rsidRPr="000F2506" w:rsidRDefault="000F2506" w:rsidP="000F2506">
      <w:pPr>
        <w:rPr>
          <w:lang w:val="en-IN"/>
        </w:rPr>
      </w:pPr>
      <w:r w:rsidRPr="000F2506">
        <w:rPr>
          <w:b/>
          <w:bCs/>
          <w:lang w:val="en-IN"/>
        </w:rPr>
        <w:t>Current Editorial Status:</w:t>
      </w:r>
    </w:p>
    <w:p w14:paraId="3662E8E6" w14:textId="77777777" w:rsidR="000F2506" w:rsidRPr="000F2506" w:rsidRDefault="000F2506" w:rsidP="000F2506">
      <w:pPr>
        <w:rPr>
          <w:lang w:val="en-IN"/>
        </w:rPr>
      </w:pPr>
      <w:r w:rsidRPr="000F2506">
        <w:rPr>
          <w:rFonts w:ascii="Segoe UI Symbol" w:hAnsi="Segoe UI Symbol" w:cs="Segoe UI Symbol"/>
          <w:lang w:val="en-IN"/>
        </w:rPr>
        <w:t>☐</w:t>
      </w:r>
      <w:r w:rsidRPr="000F2506">
        <w:rPr>
          <w:lang w:val="en-IN"/>
        </w:rPr>
        <w:t xml:space="preserve"> Before Peer Review</w:t>
      </w:r>
    </w:p>
    <w:p w14:paraId="0B8D8A09" w14:textId="77777777" w:rsidR="000F2506" w:rsidRPr="000F2506" w:rsidRDefault="000F2506" w:rsidP="000F2506">
      <w:pPr>
        <w:rPr>
          <w:lang w:val="en-IN"/>
        </w:rPr>
      </w:pPr>
      <w:r w:rsidRPr="000F2506">
        <w:rPr>
          <w:rFonts w:ascii="Segoe UI Symbol" w:hAnsi="Segoe UI Symbol" w:cs="Segoe UI Symbol"/>
          <w:lang w:val="en-IN"/>
        </w:rPr>
        <w:t>☐</w:t>
      </w:r>
      <w:r w:rsidRPr="000F2506">
        <w:rPr>
          <w:lang w:val="en-IN"/>
        </w:rPr>
        <w:t xml:space="preserve"> During Peer Review</w:t>
      </w:r>
    </w:p>
    <w:p w14:paraId="4FF543E0" w14:textId="77777777" w:rsidR="000F2506" w:rsidRPr="000F2506" w:rsidRDefault="000F2506" w:rsidP="000F2506">
      <w:pPr>
        <w:rPr>
          <w:lang w:val="en-IN"/>
        </w:rPr>
      </w:pPr>
      <w:r w:rsidRPr="000F2506">
        <w:rPr>
          <w:rFonts w:ascii="Segoe UI Symbol" w:hAnsi="Segoe UI Symbol" w:cs="Segoe UI Symbol"/>
          <w:lang w:val="en-IN"/>
        </w:rPr>
        <w:t>☐</w:t>
      </w:r>
      <w:r w:rsidRPr="000F2506">
        <w:rPr>
          <w:lang w:val="en-IN"/>
        </w:rPr>
        <w:t xml:space="preserve"> After Peer Review</w:t>
      </w:r>
    </w:p>
    <w:p w14:paraId="0F39C298" w14:textId="77777777" w:rsidR="000F2506" w:rsidRPr="000F2506" w:rsidRDefault="000F2506" w:rsidP="000F2506">
      <w:pPr>
        <w:rPr>
          <w:lang w:val="en-IN"/>
        </w:rPr>
      </w:pPr>
      <w:r w:rsidRPr="000F2506">
        <w:rPr>
          <w:rFonts w:ascii="Segoe UI Symbol" w:hAnsi="Segoe UI Symbol" w:cs="Segoe UI Symbol"/>
          <w:lang w:val="en-IN"/>
        </w:rPr>
        <w:t>☐</w:t>
      </w:r>
      <w:r w:rsidRPr="000F2506">
        <w:rPr>
          <w:lang w:val="en-IN"/>
        </w:rPr>
        <w:t xml:space="preserve"> After Acceptance</w:t>
      </w:r>
    </w:p>
    <w:p w14:paraId="35EAE902" w14:textId="77777777" w:rsidR="000F2506" w:rsidRPr="000F2506" w:rsidRDefault="000F2506" w:rsidP="000F2506">
      <w:pPr>
        <w:rPr>
          <w:lang w:val="en-IN"/>
        </w:rPr>
      </w:pPr>
      <w:r w:rsidRPr="000F2506">
        <w:rPr>
          <w:rFonts w:ascii="Segoe UI Symbol" w:hAnsi="Segoe UI Symbol" w:cs="Segoe UI Symbol"/>
          <w:lang w:val="en-IN"/>
        </w:rPr>
        <w:t>☐</w:t>
      </w:r>
      <w:r w:rsidRPr="000F2506">
        <w:rPr>
          <w:lang w:val="en-IN"/>
        </w:rPr>
        <w:t xml:space="preserve"> After Online Publication</w:t>
      </w:r>
    </w:p>
    <w:p w14:paraId="0FF9B684" w14:textId="77777777" w:rsidR="000F2506" w:rsidRPr="000F2506" w:rsidRDefault="000F2506" w:rsidP="000F2506">
      <w:pPr>
        <w:rPr>
          <w:lang w:val="en-IN"/>
        </w:rPr>
      </w:pPr>
      <w:r w:rsidRPr="000F2506">
        <w:rPr>
          <w:b/>
          <w:bCs/>
          <w:lang w:val="en-IN"/>
        </w:rPr>
        <w:t>Reason Verified:</w:t>
      </w:r>
      <w:r w:rsidRPr="000F2506">
        <w:rPr>
          <w:lang w:val="en-IN"/>
        </w:rPr>
        <w:t xml:space="preserve"> </w:t>
      </w:r>
      <w:r w:rsidRPr="000F2506">
        <w:rPr>
          <w:rFonts w:ascii="Segoe UI Symbol" w:hAnsi="Segoe UI Symbol" w:cs="Segoe UI Symbol"/>
          <w:lang w:val="en-IN"/>
        </w:rPr>
        <w:t>☐</w:t>
      </w:r>
      <w:r w:rsidRPr="000F2506">
        <w:rPr>
          <w:lang w:val="en-IN"/>
        </w:rPr>
        <w:t xml:space="preserve"> Yes </w:t>
      </w:r>
      <w:r w:rsidRPr="000F2506">
        <w:rPr>
          <w:rFonts w:ascii="Segoe UI Symbol" w:hAnsi="Segoe UI Symbol" w:cs="Segoe UI Symbol"/>
          <w:lang w:val="en-IN"/>
        </w:rPr>
        <w:t>☐</w:t>
      </w:r>
      <w:r w:rsidRPr="000F2506">
        <w:rPr>
          <w:lang w:val="en-IN"/>
        </w:rPr>
        <w:t xml:space="preserve"> No</w:t>
      </w:r>
    </w:p>
    <w:p w14:paraId="79DB8FAF" w14:textId="77777777" w:rsidR="000F2506" w:rsidRPr="000F2506" w:rsidRDefault="000F2506" w:rsidP="000F2506">
      <w:pPr>
        <w:rPr>
          <w:lang w:val="en-IN"/>
        </w:rPr>
      </w:pPr>
      <w:r w:rsidRPr="000F2506">
        <w:rPr>
          <w:b/>
          <w:bCs/>
          <w:lang w:val="en-IN"/>
        </w:rPr>
        <w:t>All Author Signatures Verified:</w:t>
      </w:r>
      <w:r w:rsidRPr="000F2506">
        <w:rPr>
          <w:lang w:val="en-IN"/>
        </w:rPr>
        <w:t xml:space="preserve"> </w:t>
      </w:r>
      <w:r w:rsidRPr="000F2506">
        <w:rPr>
          <w:rFonts w:ascii="Segoe UI Symbol" w:hAnsi="Segoe UI Symbol" w:cs="Segoe UI Symbol"/>
          <w:lang w:val="en-IN"/>
        </w:rPr>
        <w:t>☐</w:t>
      </w:r>
      <w:r w:rsidRPr="000F2506">
        <w:rPr>
          <w:lang w:val="en-IN"/>
        </w:rPr>
        <w:t xml:space="preserve"> Yes </w:t>
      </w:r>
      <w:r w:rsidRPr="000F2506">
        <w:rPr>
          <w:rFonts w:ascii="Segoe UI Symbol" w:hAnsi="Segoe UI Symbol" w:cs="Segoe UI Symbol"/>
          <w:lang w:val="en-IN"/>
        </w:rPr>
        <w:t>☐</w:t>
      </w:r>
      <w:r w:rsidRPr="000F2506">
        <w:rPr>
          <w:lang w:val="en-IN"/>
        </w:rPr>
        <w:t xml:space="preserve"> No</w:t>
      </w:r>
    </w:p>
    <w:p w14:paraId="77243371" w14:textId="77777777" w:rsidR="000F2506" w:rsidRPr="000F2506" w:rsidRDefault="000F2506" w:rsidP="000F2506">
      <w:pPr>
        <w:rPr>
          <w:lang w:val="en-IN"/>
        </w:rPr>
      </w:pPr>
      <w:r w:rsidRPr="000F2506">
        <w:rPr>
          <w:b/>
          <w:bCs/>
          <w:lang w:val="en-IN"/>
        </w:rPr>
        <w:t>Editorial Decision:</w:t>
      </w:r>
    </w:p>
    <w:p w14:paraId="42D67474" w14:textId="77777777" w:rsidR="000F2506" w:rsidRPr="000F2506" w:rsidRDefault="000F2506" w:rsidP="000F2506">
      <w:pPr>
        <w:rPr>
          <w:lang w:val="en-IN"/>
        </w:rPr>
      </w:pPr>
      <w:r w:rsidRPr="000F2506">
        <w:rPr>
          <w:rFonts w:ascii="Segoe UI Symbol" w:hAnsi="Segoe UI Symbol" w:cs="Segoe UI Symbol"/>
          <w:lang w:val="en-IN"/>
        </w:rPr>
        <w:t>☐</w:t>
      </w:r>
      <w:r w:rsidRPr="000F2506">
        <w:rPr>
          <w:lang w:val="en-IN"/>
        </w:rPr>
        <w:t xml:space="preserve"> Withdrawal Approved</w:t>
      </w:r>
    </w:p>
    <w:p w14:paraId="383E7077" w14:textId="77777777" w:rsidR="000F2506" w:rsidRPr="000F2506" w:rsidRDefault="000F2506" w:rsidP="000F2506">
      <w:pPr>
        <w:rPr>
          <w:lang w:val="en-IN"/>
        </w:rPr>
      </w:pPr>
      <w:r w:rsidRPr="000F2506">
        <w:rPr>
          <w:rFonts w:ascii="Segoe UI Symbol" w:hAnsi="Segoe UI Symbol" w:cs="Segoe UI Symbol"/>
          <w:lang w:val="en-IN"/>
        </w:rPr>
        <w:t>☐</w:t>
      </w:r>
      <w:r w:rsidRPr="000F2506">
        <w:rPr>
          <w:lang w:val="en-IN"/>
        </w:rPr>
        <w:t xml:space="preserve"> Withdrawal Rejected</w:t>
      </w:r>
    </w:p>
    <w:p w14:paraId="4E6D5567" w14:textId="77777777" w:rsidR="000F2506" w:rsidRPr="000F2506" w:rsidRDefault="000F2506" w:rsidP="000F2506">
      <w:pPr>
        <w:rPr>
          <w:lang w:val="en-IN"/>
        </w:rPr>
      </w:pPr>
      <w:r w:rsidRPr="000F2506">
        <w:rPr>
          <w:rFonts w:ascii="Segoe UI Symbol" w:hAnsi="Segoe UI Symbol" w:cs="Segoe UI Symbol"/>
          <w:lang w:val="en-IN"/>
        </w:rPr>
        <w:t>☐</w:t>
      </w:r>
      <w:r w:rsidRPr="000F2506">
        <w:rPr>
          <w:lang w:val="en-IN"/>
        </w:rPr>
        <w:t xml:space="preserve"> Additional Information Required</w:t>
      </w:r>
    </w:p>
    <w:p w14:paraId="537237E5" w14:textId="77777777" w:rsidR="000F2506" w:rsidRPr="000F2506" w:rsidRDefault="000F2506" w:rsidP="000F2506">
      <w:pPr>
        <w:rPr>
          <w:lang w:val="en-IN"/>
        </w:rPr>
      </w:pPr>
      <w:r w:rsidRPr="000F2506">
        <w:rPr>
          <w:b/>
          <w:bCs/>
          <w:lang w:val="en-IN"/>
        </w:rPr>
        <w:t>Approved by (Editor):</w:t>
      </w:r>
    </w:p>
    <w:p w14:paraId="5FD7201C" w14:textId="77777777" w:rsidR="000F2506" w:rsidRPr="000F2506" w:rsidRDefault="000F2506" w:rsidP="000F2506">
      <w:pPr>
        <w:rPr>
          <w:lang w:val="en-IN"/>
        </w:rPr>
      </w:pPr>
      <w:r w:rsidRPr="000F2506">
        <w:rPr>
          <w:lang w:val="en-IN"/>
        </w:rPr>
        <w:pict w14:anchorId="5F248596">
          <v:rect id="_x0000_i1169" style="width:0;height:1.5pt" o:hralign="center" o:hrstd="t" o:hr="t" fillcolor="#a0a0a0" stroked="f"/>
        </w:pict>
      </w:r>
    </w:p>
    <w:p w14:paraId="5AF7BCCB" w14:textId="77777777" w:rsidR="000F2506" w:rsidRPr="000F2506" w:rsidRDefault="000F2506" w:rsidP="000F2506">
      <w:pPr>
        <w:rPr>
          <w:lang w:val="en-IN"/>
        </w:rPr>
      </w:pPr>
      <w:r w:rsidRPr="000F2506">
        <w:rPr>
          <w:b/>
          <w:bCs/>
          <w:lang w:val="en-IN"/>
        </w:rPr>
        <w:lastRenderedPageBreak/>
        <w:t>Signature:</w:t>
      </w:r>
      <w:r w:rsidRPr="000F2506">
        <w:rPr>
          <w:lang w:val="en-IN"/>
        </w:rPr>
        <w:t xml:space="preserve"> ___________________________</w:t>
      </w:r>
    </w:p>
    <w:p w14:paraId="6D12A3CA" w14:textId="77777777" w:rsidR="000F2506" w:rsidRPr="000F2506" w:rsidRDefault="000F2506" w:rsidP="000F2506">
      <w:pPr>
        <w:rPr>
          <w:lang w:val="en-IN"/>
        </w:rPr>
      </w:pPr>
      <w:r w:rsidRPr="000F2506">
        <w:rPr>
          <w:b/>
          <w:bCs/>
          <w:lang w:val="en-IN"/>
        </w:rPr>
        <w:t>Date:</w:t>
      </w:r>
      <w:r w:rsidRPr="000F2506">
        <w:rPr>
          <w:lang w:val="en-IN"/>
        </w:rPr>
        <w:t xml:space="preserve"> _______________________________</w:t>
      </w:r>
    </w:p>
    <w:p w14:paraId="7196EDD6" w14:textId="58E187D3" w:rsidR="00DD3567" w:rsidRDefault="00DD3567" w:rsidP="000F2506"/>
    <w:p w14:paraId="74F6BCF9" w14:textId="77777777" w:rsidR="000F2506" w:rsidRDefault="000F2506" w:rsidP="000F2506"/>
    <w:p w14:paraId="7FEB60C4" w14:textId="77777777" w:rsidR="000F2506" w:rsidRPr="000F2506" w:rsidRDefault="000F2506" w:rsidP="000F2506">
      <w:pPr>
        <w:jc w:val="both"/>
        <w:rPr>
          <w:rFonts w:ascii="Times New Roman" w:hAnsi="Times New Roman" w:cs="Times New Roman"/>
          <w:b/>
          <w:bCs/>
          <w:sz w:val="24"/>
          <w:szCs w:val="24"/>
          <w:lang w:val="en-IN"/>
        </w:rPr>
      </w:pPr>
      <w:r w:rsidRPr="000F2506">
        <w:rPr>
          <w:rFonts w:ascii="Times New Roman" w:hAnsi="Times New Roman" w:cs="Times New Roman"/>
          <w:b/>
          <w:bCs/>
          <w:sz w:val="24"/>
          <w:szCs w:val="24"/>
          <w:lang w:val="en-IN"/>
        </w:rPr>
        <w:t>Editorial Note</w:t>
      </w:r>
    </w:p>
    <w:p w14:paraId="03EC33DF" w14:textId="77777777" w:rsidR="000F2506" w:rsidRPr="000F2506" w:rsidRDefault="000F2506" w:rsidP="000F2506">
      <w:pPr>
        <w:jc w:val="both"/>
        <w:rPr>
          <w:rFonts w:ascii="Times New Roman" w:hAnsi="Times New Roman" w:cs="Times New Roman"/>
          <w:sz w:val="24"/>
          <w:szCs w:val="24"/>
          <w:lang w:val="en-IN"/>
        </w:rPr>
      </w:pPr>
      <w:r w:rsidRPr="000F2506">
        <w:rPr>
          <w:rFonts w:ascii="Times New Roman" w:hAnsi="Times New Roman" w:cs="Times New Roman"/>
          <w:sz w:val="24"/>
          <w:szCs w:val="24"/>
          <w:lang w:val="en-IN"/>
        </w:rPr>
        <w:t>Withdrawal requests are handled in accordance with the journal's editorial policies and recognized publication ethics principles. The Editorial Office reserves the right to seek additional clarification or documentation before making a final decision on the request.</w:t>
      </w:r>
    </w:p>
    <w:p w14:paraId="178E9E72" w14:textId="77777777" w:rsidR="000F2506" w:rsidRPr="000F2506" w:rsidRDefault="000F2506" w:rsidP="000F2506">
      <w:pPr>
        <w:jc w:val="both"/>
        <w:rPr>
          <w:rFonts w:ascii="Times New Roman" w:hAnsi="Times New Roman" w:cs="Times New Roman"/>
          <w:sz w:val="24"/>
          <w:szCs w:val="24"/>
          <w:lang w:val="en-IN"/>
        </w:rPr>
      </w:pPr>
      <w:r w:rsidRPr="000F2506">
        <w:rPr>
          <w:rFonts w:ascii="Times New Roman" w:hAnsi="Times New Roman" w:cs="Times New Roman"/>
          <w:sz w:val="24"/>
          <w:szCs w:val="24"/>
          <w:lang w:val="en-IN"/>
        </w:rPr>
        <w:t>This revised version preserves the essential information from your existing form while adding manuscript tracking details, structured withdrawal reasons, author and ethics declarations, funding information, and an editorial review section to make it more suitable for a modern, internationally oriented journal.</w:t>
      </w:r>
    </w:p>
    <w:p w14:paraId="33A275DF" w14:textId="77777777" w:rsidR="000F2506" w:rsidRDefault="000F2506" w:rsidP="000F2506"/>
    <w:sectPr w:rsidR="000F250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E0E7C18"/>
    <w:multiLevelType w:val="multilevel"/>
    <w:tmpl w:val="E7740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6223328">
    <w:abstractNumId w:val="8"/>
  </w:num>
  <w:num w:numId="2" w16cid:durableId="1745908512">
    <w:abstractNumId w:val="6"/>
  </w:num>
  <w:num w:numId="3" w16cid:durableId="855729598">
    <w:abstractNumId w:val="5"/>
  </w:num>
  <w:num w:numId="4" w16cid:durableId="1444692774">
    <w:abstractNumId w:val="4"/>
  </w:num>
  <w:num w:numId="5" w16cid:durableId="1249466918">
    <w:abstractNumId w:val="7"/>
  </w:num>
  <w:num w:numId="6" w16cid:durableId="1008630181">
    <w:abstractNumId w:val="3"/>
  </w:num>
  <w:num w:numId="7" w16cid:durableId="729496611">
    <w:abstractNumId w:val="2"/>
  </w:num>
  <w:num w:numId="8" w16cid:durableId="1161891366">
    <w:abstractNumId w:val="1"/>
  </w:num>
  <w:num w:numId="9" w16cid:durableId="1205560940">
    <w:abstractNumId w:val="0"/>
  </w:num>
  <w:num w:numId="10" w16cid:durableId="17228208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16D"/>
    <w:rsid w:val="00034616"/>
    <w:rsid w:val="0006063C"/>
    <w:rsid w:val="000F2506"/>
    <w:rsid w:val="001069E2"/>
    <w:rsid w:val="0015074B"/>
    <w:rsid w:val="0029639D"/>
    <w:rsid w:val="00326F90"/>
    <w:rsid w:val="00AA1D8D"/>
    <w:rsid w:val="00B47730"/>
    <w:rsid w:val="00CB0664"/>
    <w:rsid w:val="00DD3567"/>
    <w:rsid w:val="00DF36E3"/>
    <w:rsid w:val="00E82D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C0A31E"/>
  <w14:defaultImageDpi w14:val="300"/>
  <w15:docId w15:val="{58A5B87A-771E-4C41-B3D7-545E20040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0F2506"/>
    <w:rPr>
      <w:sz w:val="16"/>
      <w:szCs w:val="16"/>
    </w:rPr>
  </w:style>
  <w:style w:type="paragraph" w:styleId="CommentText">
    <w:name w:val="annotation text"/>
    <w:basedOn w:val="Normal"/>
    <w:link w:val="CommentTextChar"/>
    <w:uiPriority w:val="99"/>
    <w:semiHidden/>
    <w:unhideWhenUsed/>
    <w:rsid w:val="000F2506"/>
    <w:pPr>
      <w:spacing w:line="240" w:lineRule="auto"/>
    </w:pPr>
    <w:rPr>
      <w:sz w:val="20"/>
      <w:szCs w:val="20"/>
    </w:rPr>
  </w:style>
  <w:style w:type="character" w:customStyle="1" w:styleId="CommentTextChar">
    <w:name w:val="Comment Text Char"/>
    <w:basedOn w:val="DefaultParagraphFont"/>
    <w:link w:val="CommentText"/>
    <w:uiPriority w:val="99"/>
    <w:semiHidden/>
    <w:rsid w:val="000F2506"/>
    <w:rPr>
      <w:sz w:val="20"/>
      <w:szCs w:val="20"/>
    </w:rPr>
  </w:style>
  <w:style w:type="paragraph" w:styleId="CommentSubject">
    <w:name w:val="annotation subject"/>
    <w:basedOn w:val="CommentText"/>
    <w:next w:val="CommentText"/>
    <w:link w:val="CommentSubjectChar"/>
    <w:uiPriority w:val="99"/>
    <w:semiHidden/>
    <w:unhideWhenUsed/>
    <w:rsid w:val="000F2506"/>
    <w:rPr>
      <w:b/>
      <w:bCs/>
    </w:rPr>
  </w:style>
  <w:style w:type="character" w:customStyle="1" w:styleId="CommentSubjectChar">
    <w:name w:val="Comment Subject Char"/>
    <w:basedOn w:val="CommentTextChar"/>
    <w:link w:val="CommentSubject"/>
    <w:uiPriority w:val="99"/>
    <w:semiHidden/>
    <w:rsid w:val="000F25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Praveen Kumar Pasala</cp:lastModifiedBy>
  <cp:revision>2</cp:revision>
  <dcterms:created xsi:type="dcterms:W3CDTF">2026-08-01T04:38:00Z</dcterms:created>
  <dcterms:modified xsi:type="dcterms:W3CDTF">2026-08-01T04:38:00Z</dcterms:modified>
  <cp:category/>
</cp:coreProperties>
</file>